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03"/>
        <w:gridCol w:w="5618"/>
        <w:gridCol w:w="2309"/>
      </w:tblGrid>
      <w:tr w:rsidR="00E06165" w14:paraId="78F858D4" w14:textId="77777777" w:rsidTr="00B673B3">
        <w:trPr>
          <w:trHeight w:val="1691"/>
          <w:jc w:val="center"/>
        </w:trPr>
        <w:tc>
          <w:tcPr>
            <w:tcW w:w="2611" w:type="dxa"/>
            <w:shd w:val="clear" w:color="auto" w:fill="FFFFFF"/>
          </w:tcPr>
          <w:p w14:paraId="4A381122" w14:textId="77777777" w:rsidR="00E06165" w:rsidRDefault="004649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7B45A0" wp14:editId="4D785B79">
                  <wp:extent cx="1470141" cy="495300"/>
                  <wp:effectExtent l="0" t="0" r="0" b="0"/>
                  <wp:docPr id="16857295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729519" name="Image 16857295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16" cy="50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  <w:shd w:val="clear" w:color="auto" w:fill="0B5EA8"/>
          </w:tcPr>
          <w:p w14:paraId="63F62555" w14:textId="47E4C5F2" w:rsidR="00B673B3" w:rsidRPr="008F3CAA" w:rsidRDefault="00000000" w:rsidP="008F3CAA">
            <w:pPr>
              <w:jc w:val="center"/>
              <w:rPr>
                <w:b/>
                <w:color w:val="FFFFFF"/>
                <w:sz w:val="32"/>
                <w:lang w:val="fr-FR"/>
              </w:rPr>
            </w:pPr>
            <w:r w:rsidRPr="008F3CAA">
              <w:rPr>
                <w:b/>
                <w:color w:val="FFFFFF"/>
                <w:sz w:val="32"/>
                <w:lang w:val="fr-FR"/>
              </w:rPr>
              <w:t>PROPOSITION DE SESSION</w:t>
            </w:r>
          </w:p>
          <w:p w14:paraId="750321DD" w14:textId="77777777" w:rsidR="0077129C" w:rsidRPr="008F3CAA" w:rsidRDefault="00B673B3">
            <w:pPr>
              <w:jc w:val="center"/>
              <w:rPr>
                <w:color w:val="FFFFFF"/>
                <w:lang w:val="fr-FR"/>
              </w:rPr>
            </w:pPr>
            <w:r w:rsidRPr="008F3CAA">
              <w:rPr>
                <w:b/>
                <w:color w:val="FFFFFF"/>
                <w:sz w:val="30"/>
                <w:lang w:val="fr-FR"/>
              </w:rPr>
              <w:t>OU DE TRACK THÉMATIQUE</w:t>
            </w:r>
            <w:r w:rsidRPr="008F3CAA">
              <w:rPr>
                <w:b/>
                <w:color w:val="FFFFFF"/>
                <w:sz w:val="30"/>
                <w:lang w:val="fr-FR"/>
              </w:rPr>
              <w:br/>
              <w:t>Congrès IMPAQT</w:t>
            </w:r>
          </w:p>
          <w:p w14:paraId="14372262" w14:textId="7986A189" w:rsidR="00E06165" w:rsidRDefault="00B673B3">
            <w:pPr>
              <w:jc w:val="center"/>
            </w:pPr>
            <w:r>
              <w:rPr>
                <w:i/>
                <w:color w:val="FFFFFF"/>
              </w:rPr>
              <w:t>CIGI-QUALITA-MOSIM</w:t>
            </w:r>
          </w:p>
        </w:tc>
        <w:tc>
          <w:tcPr>
            <w:tcW w:w="2346" w:type="dxa"/>
            <w:shd w:val="clear" w:color="auto" w:fill="FFFFFF"/>
          </w:tcPr>
          <w:p w14:paraId="222ED043" w14:textId="77777777" w:rsidR="00E06165" w:rsidRDefault="00B673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26578" wp14:editId="334DB5CB">
                  <wp:extent cx="1123950" cy="1126510"/>
                  <wp:effectExtent l="0" t="0" r="0" b="0"/>
                  <wp:docPr id="283525398" name="Image 2" descr="INCOM 2027 – AI and digital technologies for resilient and sustainab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COM 2027 – AI and digital technologies for resilient and sustainab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403" cy="11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4A996" w14:textId="77777777" w:rsidR="00E06165" w:rsidRDefault="00E0616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3"/>
        <w:gridCol w:w="3599"/>
        <w:gridCol w:w="1665"/>
        <w:gridCol w:w="2633"/>
      </w:tblGrid>
      <w:tr w:rsidR="00E06165" w14:paraId="2A389D28" w14:textId="77777777" w:rsidTr="008F3CAA">
        <w:tc>
          <w:tcPr>
            <w:tcW w:w="2633" w:type="dxa"/>
            <w:shd w:val="clear" w:color="auto" w:fill="D9EAF7"/>
          </w:tcPr>
          <w:p w14:paraId="189AC0FA" w14:textId="77777777" w:rsidR="00E06165" w:rsidRPr="008F3CAA" w:rsidRDefault="00000000">
            <w:pPr>
              <w:rPr>
                <w:lang w:val="fr-FR"/>
              </w:rPr>
            </w:pPr>
            <w:r w:rsidRPr="008F3CAA">
              <w:rPr>
                <w:lang w:val="fr-FR"/>
              </w:rPr>
              <w:t xml:space="preserve">Titre de la session ou du </w:t>
            </w:r>
            <w:proofErr w:type="spellStart"/>
            <w:r w:rsidRPr="008F3CAA">
              <w:rPr>
                <w:lang w:val="fr-FR"/>
              </w:rPr>
              <w:t>track</w:t>
            </w:r>
            <w:proofErr w:type="spellEnd"/>
          </w:p>
        </w:tc>
        <w:tc>
          <w:tcPr>
            <w:tcW w:w="3599" w:type="dxa"/>
          </w:tcPr>
          <w:p w14:paraId="03E9F65D" w14:textId="77777777" w:rsidR="00E06165" w:rsidRPr="008F3CAA" w:rsidRDefault="00E06165">
            <w:pPr>
              <w:rPr>
                <w:lang w:val="fr-FR"/>
              </w:rPr>
            </w:pPr>
          </w:p>
        </w:tc>
        <w:tc>
          <w:tcPr>
            <w:tcW w:w="1665" w:type="dxa"/>
            <w:shd w:val="clear" w:color="auto" w:fill="D9EAF7"/>
          </w:tcPr>
          <w:p w14:paraId="419D0276" w14:textId="77777777" w:rsidR="00E06165" w:rsidRDefault="00000000">
            <w:r>
              <w:t>Type</w:t>
            </w:r>
          </w:p>
        </w:tc>
        <w:tc>
          <w:tcPr>
            <w:tcW w:w="2633" w:type="dxa"/>
          </w:tcPr>
          <w:p w14:paraId="3F7436F1" w14:textId="77777777" w:rsidR="00B673B3" w:rsidRDefault="00000000">
            <w:r>
              <w:t>☐ Session thématique</w:t>
            </w:r>
          </w:p>
          <w:p w14:paraId="686C9FBA" w14:textId="77777777" w:rsidR="00E06165" w:rsidRDefault="00000000">
            <w:r>
              <w:t>☐ Track thématique</w:t>
            </w:r>
          </w:p>
        </w:tc>
      </w:tr>
      <w:tr w:rsidR="00E06165" w14:paraId="19658200" w14:textId="77777777" w:rsidTr="008F3CAA">
        <w:tc>
          <w:tcPr>
            <w:tcW w:w="2633" w:type="dxa"/>
            <w:shd w:val="clear" w:color="auto" w:fill="D9EAF7"/>
          </w:tcPr>
          <w:p w14:paraId="1B3C1E52" w14:textId="06989BE5" w:rsidR="00E06165" w:rsidRDefault="008F3CAA">
            <w:r>
              <w:t>Responsible</w:t>
            </w:r>
          </w:p>
          <w:p w14:paraId="58F1C14D" w14:textId="0ADFD165" w:rsidR="008F3CAA" w:rsidRDefault="008F3CAA">
            <w:proofErr w:type="spellStart"/>
            <w:r>
              <w:t>Courriel</w:t>
            </w:r>
            <w:proofErr w:type="spellEnd"/>
          </w:p>
        </w:tc>
        <w:tc>
          <w:tcPr>
            <w:tcW w:w="3599" w:type="dxa"/>
          </w:tcPr>
          <w:p w14:paraId="4D918289" w14:textId="77777777" w:rsidR="00E06165" w:rsidRDefault="00E06165"/>
          <w:p w14:paraId="62499A42" w14:textId="77777777" w:rsidR="00A00D49" w:rsidRDefault="00A00D49"/>
        </w:tc>
        <w:tc>
          <w:tcPr>
            <w:tcW w:w="1665" w:type="dxa"/>
            <w:shd w:val="clear" w:color="auto" w:fill="D9EAF7"/>
          </w:tcPr>
          <w:p w14:paraId="3CAFC3AC" w14:textId="77777777" w:rsidR="00E06165" w:rsidRDefault="00000000">
            <w:r>
              <w:t>Établissement</w:t>
            </w:r>
          </w:p>
        </w:tc>
        <w:tc>
          <w:tcPr>
            <w:tcW w:w="2633" w:type="dxa"/>
          </w:tcPr>
          <w:p w14:paraId="3DF27454" w14:textId="77777777" w:rsidR="00E06165" w:rsidRDefault="00E06165"/>
        </w:tc>
      </w:tr>
      <w:tr w:rsidR="00E06165" w14:paraId="63D4ED43" w14:textId="77777777" w:rsidTr="008F3CAA">
        <w:tc>
          <w:tcPr>
            <w:tcW w:w="2633" w:type="dxa"/>
            <w:shd w:val="clear" w:color="auto" w:fill="D9EAF7"/>
          </w:tcPr>
          <w:p w14:paraId="6638F86A" w14:textId="77777777" w:rsidR="00E06165" w:rsidRDefault="00A00D49">
            <w:r>
              <w:t>Co-responsables</w:t>
            </w:r>
          </w:p>
        </w:tc>
        <w:tc>
          <w:tcPr>
            <w:tcW w:w="3599" w:type="dxa"/>
          </w:tcPr>
          <w:p w14:paraId="329EE01D" w14:textId="77777777" w:rsidR="00E06165" w:rsidRDefault="00E06165"/>
        </w:tc>
        <w:tc>
          <w:tcPr>
            <w:tcW w:w="1665" w:type="dxa"/>
            <w:shd w:val="clear" w:color="auto" w:fill="D9EAF7"/>
          </w:tcPr>
          <w:p w14:paraId="140877B4" w14:textId="77777777" w:rsidR="00E06165" w:rsidRDefault="00A00D49">
            <w:r>
              <w:t>Courriels</w:t>
            </w:r>
          </w:p>
        </w:tc>
        <w:tc>
          <w:tcPr>
            <w:tcW w:w="2633" w:type="dxa"/>
          </w:tcPr>
          <w:p w14:paraId="23E4EC97" w14:textId="77777777" w:rsidR="00E06165" w:rsidRDefault="00E06165"/>
          <w:p w14:paraId="2055192D" w14:textId="77777777" w:rsidR="00A00D49" w:rsidRDefault="00A00D49"/>
          <w:p w14:paraId="7BB38F49" w14:textId="77777777" w:rsidR="00A00D49" w:rsidRDefault="00A00D49"/>
          <w:p w14:paraId="328CEFB6" w14:textId="77777777" w:rsidR="00A00D49" w:rsidRDefault="00A00D49"/>
        </w:tc>
      </w:tr>
      <w:tr w:rsidR="00A00D49" w14:paraId="28522B8C" w14:textId="77777777" w:rsidTr="008F3CAA">
        <w:tc>
          <w:tcPr>
            <w:tcW w:w="2633" w:type="dxa"/>
            <w:shd w:val="clear" w:color="auto" w:fill="D9EAF7"/>
          </w:tcPr>
          <w:p w14:paraId="7A9EFC80" w14:textId="77777777" w:rsidR="00A00D49" w:rsidRDefault="00A00D49">
            <w:r>
              <w:t>Mots-clés (5 à 8)</w:t>
            </w:r>
          </w:p>
        </w:tc>
        <w:tc>
          <w:tcPr>
            <w:tcW w:w="7897" w:type="dxa"/>
            <w:gridSpan w:val="3"/>
          </w:tcPr>
          <w:p w14:paraId="4049C08C" w14:textId="77777777" w:rsidR="00A00D49" w:rsidRDefault="00A00D49"/>
          <w:p w14:paraId="686C930C" w14:textId="77777777" w:rsidR="00A00D49" w:rsidRDefault="00A00D49"/>
        </w:tc>
      </w:tr>
    </w:tbl>
    <w:p w14:paraId="735D5AD2" w14:textId="77777777" w:rsidR="00B673B3" w:rsidRDefault="00B673B3">
      <w:pPr>
        <w:rPr>
          <w:b/>
          <w:color w:val="0B5EA8"/>
          <w:sz w:val="22"/>
        </w:rPr>
      </w:pPr>
    </w:p>
    <w:p w14:paraId="5F7216A2" w14:textId="77777777" w:rsidR="00E06165" w:rsidRPr="004649F6" w:rsidRDefault="00000000">
      <w:pPr>
        <w:rPr>
          <w:b/>
          <w:color w:val="0B5EA8"/>
          <w:sz w:val="22"/>
          <w:lang w:val="fr-FR"/>
        </w:rPr>
      </w:pPr>
      <w:r w:rsidRPr="004649F6">
        <w:rPr>
          <w:b/>
          <w:color w:val="0B5EA8"/>
          <w:sz w:val="22"/>
          <w:lang w:val="fr-FR"/>
        </w:rPr>
        <w:t>Présentation de la session ou du track (250 mots maximum)</w:t>
      </w:r>
    </w:p>
    <w:p w14:paraId="36DB37DE" w14:textId="77777777" w:rsidR="00B673B3" w:rsidRPr="004649F6" w:rsidRDefault="00B673B3">
      <w:pPr>
        <w:rPr>
          <w:b/>
          <w:color w:val="0B5EA8"/>
          <w:sz w:val="22"/>
          <w:lang w:val="fr-FR"/>
        </w:rPr>
      </w:pPr>
    </w:p>
    <w:p w14:paraId="12FB1286" w14:textId="77777777" w:rsidR="00B673B3" w:rsidRPr="004649F6" w:rsidRDefault="00B673B3">
      <w:pPr>
        <w:rPr>
          <w:b/>
          <w:color w:val="0B5EA8"/>
          <w:sz w:val="22"/>
          <w:lang w:val="fr-FR"/>
        </w:rPr>
      </w:pPr>
    </w:p>
    <w:p w14:paraId="45024E1C" w14:textId="77777777" w:rsidR="00B673B3" w:rsidRPr="004649F6" w:rsidRDefault="00B673B3">
      <w:pPr>
        <w:rPr>
          <w:b/>
          <w:color w:val="0B5EA8"/>
          <w:sz w:val="22"/>
          <w:lang w:val="fr-FR"/>
        </w:rPr>
      </w:pPr>
    </w:p>
    <w:p w14:paraId="047B6131" w14:textId="77777777" w:rsidR="00B673B3" w:rsidRPr="004649F6" w:rsidRDefault="00B673B3">
      <w:pPr>
        <w:rPr>
          <w:b/>
          <w:color w:val="0B5EA8"/>
          <w:sz w:val="22"/>
          <w:lang w:val="fr-FR"/>
        </w:rPr>
      </w:pPr>
    </w:p>
    <w:p w14:paraId="0C4C4030" w14:textId="77777777" w:rsidR="00A00D49" w:rsidRPr="004649F6" w:rsidRDefault="00A00D49">
      <w:pPr>
        <w:rPr>
          <w:b/>
          <w:color w:val="0B5EA8"/>
          <w:sz w:val="22"/>
          <w:lang w:val="fr-FR"/>
        </w:rPr>
      </w:pPr>
    </w:p>
    <w:p w14:paraId="64472B6E" w14:textId="77777777" w:rsidR="00A00D49" w:rsidRPr="004649F6" w:rsidRDefault="00A00D49">
      <w:pPr>
        <w:rPr>
          <w:b/>
          <w:color w:val="0B5EA8"/>
          <w:sz w:val="22"/>
          <w:lang w:val="fr-FR"/>
        </w:rPr>
      </w:pPr>
    </w:p>
    <w:sectPr w:rsidR="00A00D49" w:rsidRPr="004649F6" w:rsidSect="00034616">
      <w:headerReference w:type="default" r:id="rId10"/>
      <w:footerReference w:type="default" r:id="rId11"/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63AB" w14:textId="77777777" w:rsidR="002F1967" w:rsidRDefault="002F1967">
      <w:pPr>
        <w:spacing w:after="0" w:line="240" w:lineRule="auto"/>
      </w:pPr>
      <w:r>
        <w:separator/>
      </w:r>
    </w:p>
  </w:endnote>
  <w:endnote w:type="continuationSeparator" w:id="0">
    <w:p w14:paraId="4B378056" w14:textId="77777777" w:rsidR="002F1967" w:rsidRDefault="002F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21CC" w14:textId="77777777" w:rsidR="00E06165" w:rsidRPr="008F3CAA" w:rsidRDefault="00000000">
    <w:pPr>
      <w:pStyle w:val="Pieddepage"/>
      <w:jc w:val="center"/>
      <w:rPr>
        <w:lang w:val="fr-FR"/>
      </w:rPr>
    </w:pPr>
    <w:r w:rsidRPr="008F3CAA">
      <w:rPr>
        <w:lang w:val="fr-FR"/>
      </w:rPr>
      <w:t xml:space="preserve">IMPAQT • Proposition de session ou de </w:t>
    </w:r>
    <w:proofErr w:type="spellStart"/>
    <w:r w:rsidRPr="008F3CAA">
      <w:rPr>
        <w:lang w:val="fr-FR"/>
      </w:rPr>
      <w:t>track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1681" w14:textId="77777777" w:rsidR="002F1967" w:rsidRDefault="002F1967">
      <w:pPr>
        <w:spacing w:after="0" w:line="240" w:lineRule="auto"/>
      </w:pPr>
      <w:r>
        <w:separator/>
      </w:r>
    </w:p>
  </w:footnote>
  <w:footnote w:type="continuationSeparator" w:id="0">
    <w:p w14:paraId="75955610" w14:textId="77777777" w:rsidR="002F1967" w:rsidRDefault="002F1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F38C" w14:textId="77777777" w:rsidR="00EF5ED1" w:rsidRDefault="00EF5E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108858">
    <w:abstractNumId w:val="8"/>
  </w:num>
  <w:num w:numId="2" w16cid:durableId="1246571106">
    <w:abstractNumId w:val="6"/>
  </w:num>
  <w:num w:numId="3" w16cid:durableId="1917323506">
    <w:abstractNumId w:val="5"/>
  </w:num>
  <w:num w:numId="4" w16cid:durableId="1688871411">
    <w:abstractNumId w:val="4"/>
  </w:num>
  <w:num w:numId="5" w16cid:durableId="1366715545">
    <w:abstractNumId w:val="7"/>
  </w:num>
  <w:num w:numId="6" w16cid:durableId="1563835146">
    <w:abstractNumId w:val="3"/>
  </w:num>
  <w:num w:numId="7" w16cid:durableId="2071686223">
    <w:abstractNumId w:val="2"/>
  </w:num>
  <w:num w:numId="8" w16cid:durableId="156844448">
    <w:abstractNumId w:val="1"/>
  </w:num>
  <w:num w:numId="9" w16cid:durableId="145859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5D4"/>
    <w:rsid w:val="0015074B"/>
    <w:rsid w:val="0029639D"/>
    <w:rsid w:val="002A2778"/>
    <w:rsid w:val="002F1967"/>
    <w:rsid w:val="00322D00"/>
    <w:rsid w:val="00326F90"/>
    <w:rsid w:val="003A508B"/>
    <w:rsid w:val="003E5F35"/>
    <w:rsid w:val="004057D7"/>
    <w:rsid w:val="004649F6"/>
    <w:rsid w:val="0077129C"/>
    <w:rsid w:val="008F3CAA"/>
    <w:rsid w:val="009D60E6"/>
    <w:rsid w:val="00A00D49"/>
    <w:rsid w:val="00AA1D8D"/>
    <w:rsid w:val="00AF4E28"/>
    <w:rsid w:val="00B35D86"/>
    <w:rsid w:val="00B47730"/>
    <w:rsid w:val="00B673B3"/>
    <w:rsid w:val="00B929E5"/>
    <w:rsid w:val="00BA703E"/>
    <w:rsid w:val="00CB0664"/>
    <w:rsid w:val="00D2690C"/>
    <w:rsid w:val="00DC7741"/>
    <w:rsid w:val="00E06165"/>
    <w:rsid w:val="00EF5ED1"/>
    <w:rsid w:val="00F715FD"/>
    <w:rsid w:val="00FC693F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E90EC"/>
  <w14:defaultImageDpi w14:val="300"/>
  <w15:docId w15:val="{4E6DF583-A104-46B6-9A67-D508379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Lemoine</dc:creator>
  <cp:keywords/>
  <cp:lastModifiedBy>David Lemoine</cp:lastModifiedBy>
  <cp:revision>2</cp:revision>
  <dcterms:created xsi:type="dcterms:W3CDTF">2026-07-28T15:49:00Z</dcterms:created>
  <dcterms:modified xsi:type="dcterms:W3CDTF">2026-07-28T15:49:00Z</dcterms:modified>
  <cp:category/>
</cp:coreProperties>
</file>